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8FB5FD" w14:textId="77777777" w:rsidR="008C2D39" w:rsidRPr="00016CDA" w:rsidRDefault="00E61624" w:rsidP="00016CDA">
      <w:pPr>
        <w:pStyle w:val="Nadpis1"/>
        <w:jc w:val="center"/>
        <w:rPr>
          <w:rFonts w:cstheme="majorHAnsi"/>
          <w:b w:val="0"/>
          <w:bCs w:val="0"/>
          <w:color w:val="000000" w:themeColor="text1"/>
          <w:sz w:val="22"/>
          <w:szCs w:val="22"/>
          <w:lang w:val="en-GB"/>
        </w:rPr>
      </w:pPr>
      <w:r w:rsidRPr="00016CDA">
        <w:rPr>
          <w:rFonts w:cstheme="majorHAnsi"/>
          <w:b w:val="0"/>
          <w:bCs w:val="0"/>
          <w:noProof/>
          <w:color w:val="000000" w:themeColor="text1"/>
          <w:sz w:val="22"/>
          <w:szCs w:val="22"/>
          <w:lang w:val="en-GB"/>
        </w:rPr>
        <w:drawing>
          <wp:inline distT="0" distB="0" distL="0" distR="0" wp14:anchorId="26844BCC" wp14:editId="57B7F4A3">
            <wp:extent cx="4061037" cy="2284335"/>
            <wp:effectExtent l="0" t="0" r="3175" b="1905"/>
            <wp:docPr id="197921428" name="Grafik 1" descr="Ein Bild, das Text, Schrift, Poster, Grafikdesign enthält.  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21428" name="Grafik 1" descr="Ein Bild, das Text, Schrift, Poster, Grafikdesign enthält.  KI-generierte Inhalte können fehlerhaft sein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214095" cy="237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44854" w14:textId="5CA1D39D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MANOWAR OZNAMUJÍ ČTYŘI </w:t>
      </w:r>
      <w:r w:rsid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HALOVÉ</w:t>
      </w: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KONCERTY V ČESKU V RÁMCI KINGS OF METAL</w:t>
      </w:r>
      <w:r w:rsid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/</w:t>
      </w: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FIGHTING THE WORLD TOUR 2027</w:t>
      </w:r>
    </w:p>
    <w:p w14:paraId="7EC7ACF5" w14:textId="68DB65D3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Dvě přelomová alba metalové legendy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Manowar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zazní ve čtyřech halách v Česku. Fanoušci uslyší kompletní album </w:t>
      </w:r>
      <w:proofErr w:type="spellStart"/>
      <w:r w:rsidRPr="00016CDA">
        <w:rPr>
          <w:rFonts w:asciiTheme="majorHAnsi" w:eastAsia="Times New Roman" w:hAnsiTheme="majorHAnsi" w:cstheme="majorHAnsi"/>
          <w:i/>
          <w:iCs/>
          <w:sz w:val="24"/>
          <w:szCs w:val="24"/>
          <w:lang w:val="cs-CZ"/>
        </w:rPr>
        <w:t>Kings</w:t>
      </w:r>
      <w:proofErr w:type="spellEnd"/>
      <w:r w:rsidRPr="00016CDA">
        <w:rPr>
          <w:rFonts w:asciiTheme="majorHAnsi" w:eastAsia="Times New Roman" w:hAnsiTheme="majorHAnsi" w:cstheme="majorHAnsi"/>
          <w:i/>
          <w:iCs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i/>
          <w:iCs/>
          <w:sz w:val="24"/>
          <w:szCs w:val="24"/>
          <w:lang w:val="cs-CZ"/>
        </w:rPr>
        <w:t>Of</w:t>
      </w:r>
      <w:proofErr w:type="spellEnd"/>
      <w:r w:rsidRPr="00016CDA">
        <w:rPr>
          <w:rFonts w:asciiTheme="majorHAnsi" w:eastAsia="Times New Roman" w:hAnsiTheme="majorHAnsi" w:cstheme="majorHAnsi"/>
          <w:i/>
          <w:iCs/>
          <w:sz w:val="24"/>
          <w:szCs w:val="24"/>
          <w:lang w:val="cs-CZ"/>
        </w:rPr>
        <w:t xml:space="preserve"> Metal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nebo </w:t>
      </w:r>
      <w:proofErr w:type="spellStart"/>
      <w:r w:rsidRPr="00016CDA">
        <w:rPr>
          <w:rFonts w:asciiTheme="majorHAnsi" w:eastAsia="Times New Roman" w:hAnsiTheme="majorHAnsi" w:cstheme="majorHAnsi"/>
          <w:i/>
          <w:iCs/>
          <w:sz w:val="24"/>
          <w:szCs w:val="24"/>
          <w:lang w:val="cs-CZ"/>
        </w:rPr>
        <w:t>Fighting</w:t>
      </w:r>
      <w:proofErr w:type="spellEnd"/>
      <w:r w:rsidRPr="00016CDA">
        <w:rPr>
          <w:rFonts w:asciiTheme="majorHAnsi" w:eastAsia="Times New Roman" w:hAnsiTheme="majorHAnsi" w:cstheme="majorHAnsi"/>
          <w:i/>
          <w:iCs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i/>
          <w:iCs/>
          <w:sz w:val="24"/>
          <w:szCs w:val="24"/>
          <w:lang w:val="cs-CZ"/>
        </w:rPr>
        <w:t>The</w:t>
      </w:r>
      <w:proofErr w:type="spellEnd"/>
      <w:r w:rsidRPr="00016CDA">
        <w:rPr>
          <w:rFonts w:asciiTheme="majorHAnsi" w:eastAsia="Times New Roman" w:hAnsiTheme="majorHAnsi" w:cstheme="majorHAnsi"/>
          <w:i/>
          <w:iCs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i/>
          <w:iCs/>
          <w:sz w:val="24"/>
          <w:szCs w:val="24"/>
          <w:lang w:val="cs-CZ"/>
        </w:rPr>
        <w:t>World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během střídajících se večerů. To vše v masivní, </w:t>
      </w:r>
      <w:r w:rsidR="00477B43">
        <w:rPr>
          <w:rFonts w:asciiTheme="majorHAnsi" w:eastAsia="Times New Roman" w:hAnsiTheme="majorHAnsi" w:cstheme="majorHAnsi"/>
          <w:sz w:val="24"/>
          <w:szCs w:val="24"/>
          <w:lang w:val="cs-CZ"/>
        </w:rPr>
        <w:t>d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echberoucí a pohlcující pódiové produkci. </w:t>
      </w:r>
    </w:p>
    <w:p w14:paraId="4D43292A" w14:textId="77777777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K OKAMŽITÉMU ZVEŘEJNĚNÍ</w:t>
      </w:r>
    </w:p>
    <w:p w14:paraId="248F1B55" w14:textId="77777777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b/>
          <w:bCs/>
          <w:i/>
          <w:iCs/>
          <w:sz w:val="24"/>
          <w:szCs w:val="24"/>
          <w:lang w:val="cs-CZ"/>
        </w:rPr>
        <w:t>New York, 18. června 2026</w:t>
      </w:r>
    </w:p>
    <w:p w14:paraId="21185503" w14:textId="055B7B35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Volání ze srdce Evropy bylo vyslyšeno. MANOWAR oznámili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čtyřkoncertní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arénový útok na Českou republiku v lednu 2027. Své KINGS OF METAL FIGHTING THE WORLD TOUR 2027 tak přivezou na jedno ze svých nejvěrnějších bojišť, přičemž v Praze se představí poprvé po více než deseti letech. </w:t>
      </w:r>
    </w:p>
    <w:p w14:paraId="3D82125B" w14:textId="02792719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Vůbec poprvé v České republice odehrají MANOWAR dvě z nejuctívanějších alb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heavy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metalové historie v celé jejich délce, přičemž je budou pravidelně střídat. Na každém koncertě uslyší čeští „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Immortals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“ kompletní album </w:t>
      </w:r>
      <w:proofErr w:type="spellStart"/>
      <w:r w:rsidRPr="00016CDA">
        <w:rPr>
          <w:rFonts w:asciiTheme="majorHAnsi" w:eastAsia="Times New Roman" w:hAnsiTheme="majorHAnsi" w:cstheme="majorHAnsi"/>
          <w:i/>
          <w:iCs/>
          <w:sz w:val="24"/>
          <w:szCs w:val="24"/>
          <w:lang w:val="cs-CZ"/>
        </w:rPr>
        <w:t>Kings</w:t>
      </w:r>
      <w:proofErr w:type="spellEnd"/>
      <w:r w:rsidRPr="00016CDA">
        <w:rPr>
          <w:rFonts w:asciiTheme="majorHAnsi" w:eastAsia="Times New Roman" w:hAnsiTheme="majorHAnsi" w:cstheme="majorHAnsi"/>
          <w:i/>
          <w:iCs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i/>
          <w:iCs/>
          <w:sz w:val="24"/>
          <w:szCs w:val="24"/>
          <w:lang w:val="cs-CZ"/>
        </w:rPr>
        <w:t>Of</w:t>
      </w:r>
      <w:proofErr w:type="spellEnd"/>
      <w:r w:rsidRPr="00016CDA">
        <w:rPr>
          <w:rFonts w:asciiTheme="majorHAnsi" w:eastAsia="Times New Roman" w:hAnsiTheme="majorHAnsi" w:cstheme="majorHAnsi"/>
          <w:i/>
          <w:iCs/>
          <w:sz w:val="24"/>
          <w:szCs w:val="24"/>
          <w:lang w:val="cs-CZ"/>
        </w:rPr>
        <w:t xml:space="preserve"> Metal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nebo kompletní album </w:t>
      </w:r>
      <w:proofErr w:type="spellStart"/>
      <w:r w:rsidRPr="00016CDA">
        <w:rPr>
          <w:rFonts w:asciiTheme="majorHAnsi" w:eastAsia="Times New Roman" w:hAnsiTheme="majorHAnsi" w:cstheme="majorHAnsi"/>
          <w:i/>
          <w:iCs/>
          <w:sz w:val="24"/>
          <w:szCs w:val="24"/>
          <w:lang w:val="cs-CZ"/>
        </w:rPr>
        <w:t>Fighting</w:t>
      </w:r>
      <w:proofErr w:type="spellEnd"/>
      <w:r w:rsidRPr="00016CDA">
        <w:rPr>
          <w:rFonts w:asciiTheme="majorHAnsi" w:eastAsia="Times New Roman" w:hAnsiTheme="majorHAnsi" w:cstheme="majorHAnsi"/>
          <w:i/>
          <w:iCs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i/>
          <w:iCs/>
          <w:sz w:val="24"/>
          <w:szCs w:val="24"/>
          <w:lang w:val="cs-CZ"/>
        </w:rPr>
        <w:t>The</w:t>
      </w:r>
      <w:proofErr w:type="spellEnd"/>
      <w:r w:rsidRPr="00016CDA">
        <w:rPr>
          <w:rFonts w:asciiTheme="majorHAnsi" w:eastAsia="Times New Roman" w:hAnsiTheme="majorHAnsi" w:cstheme="majorHAnsi"/>
          <w:i/>
          <w:iCs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i/>
          <w:iCs/>
          <w:sz w:val="24"/>
          <w:szCs w:val="24"/>
          <w:lang w:val="cs-CZ"/>
        </w:rPr>
        <w:t>World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, a to </w:t>
      </w:r>
      <w:r w:rsidR="0050632F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včetně d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alších metalových hym</w:t>
      </w:r>
      <w:r w:rsidR="0050632F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e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n ve zcela nové pódiové produkci vytvořené speciálně pro t</w:t>
      </w:r>
      <w:r w:rsidR="0050632F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uto tour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. </w:t>
      </w:r>
    </w:p>
    <w:p w14:paraId="420704BA" w14:textId="09FF3ABE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„Naše </w:t>
      </w:r>
      <w:proofErr w:type="spellStart"/>
      <w:r w:rsidR="0050632F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Army</w:t>
      </w:r>
      <w:proofErr w:type="spellEnd"/>
      <w:r w:rsidR="0050632F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</w:t>
      </w:r>
      <w:proofErr w:type="spellStart"/>
      <w:r w:rsidR="0050632F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of</w:t>
      </w:r>
      <w:proofErr w:type="spellEnd"/>
      <w:r w:rsidR="0050632F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</w:t>
      </w:r>
      <w:proofErr w:type="spellStart"/>
      <w:r w:rsidR="0050632F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Immortals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v Česku stála vždy při nás, </w:t>
      </w:r>
      <w:r w:rsidR="0050632F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pravý metal jim proudí v žilách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. V lednu 2027 se vracíme, abychom opět stáli jednotní. Přivážíme produkci postavenou tak, aby odpovídala v</w:t>
      </w:r>
      <w:r w:rsidR="0050632F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ýznamu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těchto alb. Bude to setkání, které by si žádný </w:t>
      </w:r>
      <w:r w:rsidR="0050632F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náš bojovník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neměl nechat ujít,“ vzkazuje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Joey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De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Maio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. </w:t>
      </w:r>
    </w:p>
    <w:p w14:paraId="7DA10857" w14:textId="25C9F1F6" w:rsidR="0050632F" w:rsidRPr="00016CDA" w:rsidRDefault="0050632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hAnsiTheme="majorHAnsi" w:cstheme="majorHAnsi"/>
          <w:noProof/>
          <w:color w:val="000000" w:themeColor="text1"/>
        </w:rPr>
        <w:lastRenderedPageBreak/>
        <w:drawing>
          <wp:inline distT="0" distB="0" distL="0" distR="0" wp14:anchorId="4F5423B0" wp14:editId="69E9EF0D">
            <wp:extent cx="5731933" cy="3752702"/>
            <wp:effectExtent l="0" t="0" r="0" b="0"/>
            <wp:docPr id="516984114" name="Picture 1" descr="A stage with a large screen and a crowd of people  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311643" name="Picture 1" descr="A stage with a large screen and a crowd of people  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87476" cy="3854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D1AFB" w14:textId="35865614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Podrobnosti o koncertech v ČR:</w:t>
      </w:r>
    </w:p>
    <w:p w14:paraId="0310C6A2" w14:textId="77777777" w:rsidR="00AE745F" w:rsidRPr="00016CDA" w:rsidRDefault="00AE745F" w:rsidP="00016CDA">
      <w:pPr>
        <w:numPr>
          <w:ilvl w:val="0"/>
          <w:numId w:val="14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PÁ 15. 01. 2027: Ostravar Aréna, Ostrava</w:t>
      </w:r>
    </w:p>
    <w:p w14:paraId="35A0F837" w14:textId="77777777" w:rsidR="00AE745F" w:rsidRPr="00016CDA" w:rsidRDefault="00AE745F" w:rsidP="00016CDA">
      <w:pPr>
        <w:spacing w:before="100" w:beforeAutospacing="1" w:after="100" w:afterAutospacing="1" w:line="240" w:lineRule="auto"/>
        <w:ind w:firstLine="720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Zazní kompletní album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Fighting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The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World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+ další epické metalové hymny</w:t>
      </w: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. </w:t>
      </w:r>
    </w:p>
    <w:p w14:paraId="7B5F14C5" w14:textId="77777777" w:rsidR="00AE745F" w:rsidRPr="00016CDA" w:rsidRDefault="00AE745F" w:rsidP="00016CDA">
      <w:pPr>
        <w:numPr>
          <w:ilvl w:val="0"/>
          <w:numId w:val="14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SO 16. 01. 2027: </w:t>
      </w: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Winning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Group Arena, Brno</w:t>
      </w:r>
    </w:p>
    <w:p w14:paraId="09ACC2A7" w14:textId="77777777" w:rsidR="00AE745F" w:rsidRPr="00016CDA" w:rsidRDefault="00AE745F" w:rsidP="00016CDA">
      <w:pPr>
        <w:spacing w:before="100" w:beforeAutospacing="1" w:after="100" w:afterAutospacing="1" w:line="240" w:lineRule="auto"/>
        <w:ind w:firstLine="720"/>
        <w:jc w:val="both"/>
        <w:rPr>
          <w:rFonts w:asciiTheme="majorHAnsi" w:eastAsia="Times New Roman" w:hAnsiTheme="majorHAnsi" w:cstheme="majorHAnsi"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Zazní kompletní album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Kings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Of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Metal + další metalové hymny. </w:t>
      </w:r>
    </w:p>
    <w:p w14:paraId="43B44886" w14:textId="77777777" w:rsidR="00AE745F" w:rsidRPr="00016CDA" w:rsidRDefault="00AE745F" w:rsidP="00016CDA">
      <w:pPr>
        <w:numPr>
          <w:ilvl w:val="0"/>
          <w:numId w:val="14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PO 18. 01. 2027: </w:t>
      </w: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Enteria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Arena, Pardubice</w:t>
      </w:r>
    </w:p>
    <w:p w14:paraId="764F1DEF" w14:textId="77777777" w:rsidR="00AE745F" w:rsidRPr="00016CDA" w:rsidRDefault="00AE745F" w:rsidP="00016CDA">
      <w:pPr>
        <w:spacing w:before="100" w:beforeAutospacing="1" w:after="100" w:afterAutospacing="1" w:line="240" w:lineRule="auto"/>
        <w:ind w:firstLine="720"/>
        <w:jc w:val="both"/>
        <w:rPr>
          <w:rFonts w:asciiTheme="majorHAnsi" w:eastAsia="Times New Roman" w:hAnsiTheme="majorHAnsi" w:cstheme="majorHAnsi"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Zazní kompletní album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Fighting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The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World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+ další epické metalové hymny. </w:t>
      </w:r>
    </w:p>
    <w:p w14:paraId="543C512F" w14:textId="77777777" w:rsidR="00AE745F" w:rsidRPr="00016CDA" w:rsidRDefault="00AE745F" w:rsidP="00016CDA">
      <w:pPr>
        <w:numPr>
          <w:ilvl w:val="0"/>
          <w:numId w:val="14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ČT 21. 01. 2027: Sportovní hala Fortuna, Praha</w:t>
      </w:r>
    </w:p>
    <w:p w14:paraId="29035F8D" w14:textId="77777777" w:rsidR="00AE745F" w:rsidRPr="00016CDA" w:rsidRDefault="00AE745F" w:rsidP="00016CDA">
      <w:pPr>
        <w:spacing w:before="100" w:beforeAutospacing="1" w:after="100" w:afterAutospacing="1" w:line="240" w:lineRule="auto"/>
        <w:ind w:firstLine="720"/>
        <w:jc w:val="both"/>
        <w:rPr>
          <w:rFonts w:asciiTheme="majorHAnsi" w:eastAsia="Times New Roman" w:hAnsiTheme="majorHAnsi" w:cstheme="majorHAnsi"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Zazní kompletní album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Kings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Of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Metal + další metalové hymny. </w:t>
      </w:r>
    </w:p>
    <w:p w14:paraId="01757826" w14:textId="14B0E9FA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Vstupenky na všechny čtyři koncerty jdou do prodeje 22. června 2026 v 1</w:t>
      </w:r>
      <w:r w:rsidR="00A734A4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0</w:t>
      </w: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:00</w:t>
      </w:r>
      <w:r w:rsidR="0050632F"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hod.</w:t>
      </w: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Pro Ostravu, Brno a Pardubice na portálu Ticketportal.cz, pro Prahu v síti </w:t>
      </w: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Mticket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. </w:t>
      </w:r>
    </w:p>
    <w:p w14:paraId="128EE7B4" w14:textId="77777777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Vstupenky a informace: </w:t>
      </w:r>
      <w:r>
        <w:fldChar w:fldCharType="begin"/>
      </w:r>
      <w:r w:rsidRPr="00D94F39">
        <w:rPr>
          <w:lang w:val="cs-CZ"/>
        </w:rPr>
        <w:instrText>HYPERLINK "https://manowar.com/tour" \t "_blank"</w:instrText>
      </w:r>
      <w:r>
        <w:fldChar w:fldCharType="separate"/>
      </w:r>
      <w:r w:rsidRPr="00016CDA">
        <w:rPr>
          <w:rStyle w:val="Hypertextovodkaz"/>
          <w:rFonts w:asciiTheme="majorHAnsi" w:eastAsia="Times New Roman" w:hAnsiTheme="majorHAnsi" w:cstheme="majorHAnsi"/>
          <w:sz w:val="24"/>
          <w:szCs w:val="24"/>
          <w:lang w:val="cs-CZ"/>
        </w:rPr>
        <w:t>manowar.com/tour</w:t>
      </w:r>
      <w:r>
        <w:fldChar w:fldCharType="end"/>
      </w:r>
    </w:p>
    <w:p w14:paraId="0F5BAA14" w14:textId="77777777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sz w:val="24"/>
          <w:szCs w:val="24"/>
          <w:lang w:val="cs-CZ"/>
        </w:rPr>
      </w:pP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Ultimate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Experience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(Exkluzivní zážitky)</w:t>
      </w:r>
    </w:p>
    <w:p w14:paraId="2FB8BA53" w14:textId="6833B282" w:rsidR="00E37FD9" w:rsidRPr="00016CDA" w:rsidRDefault="00E37FD9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Kapela </w:t>
      </w:r>
      <w:r w:rsidR="00AE745F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MANOWAR nabízí také omezené množství Upgradů pro ten nejexkluzivnější a nejosobnější zážitek z koncertu. </w:t>
      </w:r>
    </w:p>
    <w:p w14:paraId="5377B23D" w14:textId="7BD2B15F" w:rsidR="00E37FD9" w:rsidRPr="00016CDA" w:rsidRDefault="00E37FD9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noProof/>
        </w:rPr>
        <w:lastRenderedPageBreak/>
        <w:drawing>
          <wp:inline distT="0" distB="0" distL="0" distR="0" wp14:anchorId="5CEB8A2A" wp14:editId="23E94F28">
            <wp:extent cx="5943600" cy="3995420"/>
            <wp:effectExtent l="0" t="0" r="0" b="5080"/>
            <wp:docPr id="2825638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647140" name="Picture 114664714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CB43C" w14:textId="19F194E4" w:rsidR="00E37FD9" w:rsidRPr="00016CDA" w:rsidRDefault="00E37FD9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Přidejte se k 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Army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of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Immortals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na </w:t>
      </w:r>
      <w:hyperlink r:id="rId9" w:tgtFrame="_blank" w:history="1">
        <w:r w:rsidRPr="00016CDA">
          <w:rPr>
            <w:rStyle w:val="Hypertextovodkaz"/>
            <w:rFonts w:asciiTheme="majorHAnsi" w:eastAsia="Times New Roman" w:hAnsiTheme="majorHAnsi" w:cstheme="majorHAnsi"/>
            <w:sz w:val="24"/>
            <w:szCs w:val="24"/>
            <w:lang w:val="cs-CZ"/>
          </w:rPr>
          <w:t>manowar.com</w:t>
        </w:r>
      </w:hyperlink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. </w:t>
      </w:r>
    </w:p>
    <w:p w14:paraId="4A987D65" w14:textId="271DB21F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Členství je zdarma a přináší exkluzivní obsah</w:t>
      </w:r>
      <w:r w:rsidR="00E37FD9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z první ruky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, přednostní </w:t>
      </w:r>
      <w:r w:rsidR="00E37FD9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informace o 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novink</w:t>
      </w:r>
      <w:r w:rsidR="00E37FD9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ách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, předprodeje </w:t>
      </w:r>
      <w:r w:rsidR="00E37FD9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originálního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merch</w:t>
      </w:r>
      <w:r w:rsidR="00E37FD9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andisingu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a 10% uvítací slevu v oficiálním MANOWAR e-shopu. </w:t>
      </w:r>
    </w:p>
    <w:p w14:paraId="063F4264" w14:textId="79AA9C13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Kompletní harmonogram turné – MANOWAR TOUR 2027: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160"/>
        <w:gridCol w:w="1766"/>
        <w:gridCol w:w="2745"/>
        <w:gridCol w:w="2257"/>
      </w:tblGrid>
      <w:tr w:rsidR="00AE745F" w:rsidRPr="00016CDA" w14:paraId="4ADAA607" w14:textId="77777777">
        <w:trPr>
          <w:tblHeader/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3E2B2CC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b/>
                <w:bCs/>
                <w:sz w:val="24"/>
                <w:szCs w:val="24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b/>
                <w:bCs/>
                <w:sz w:val="24"/>
                <w:szCs w:val="24"/>
                <w:lang w:val="cs-CZ"/>
              </w:rPr>
              <w:t>Datum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AF205FD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b/>
                <w:bCs/>
                <w:sz w:val="24"/>
                <w:szCs w:val="24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b/>
                <w:bCs/>
                <w:sz w:val="24"/>
                <w:szCs w:val="24"/>
                <w:lang w:val="cs-CZ"/>
              </w:rPr>
              <w:t>Město a stát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1DC987E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b/>
                <w:bCs/>
                <w:sz w:val="24"/>
                <w:szCs w:val="24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b/>
                <w:bCs/>
                <w:sz w:val="24"/>
                <w:szCs w:val="24"/>
                <w:lang w:val="cs-CZ"/>
              </w:rPr>
              <w:t>Hala / Místo konání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6D31507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b/>
                <w:bCs/>
                <w:sz w:val="24"/>
                <w:szCs w:val="24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b/>
                <w:bCs/>
                <w:sz w:val="24"/>
                <w:szCs w:val="24"/>
                <w:lang w:val="cs-CZ"/>
              </w:rPr>
              <w:t>Album</w:t>
            </w:r>
          </w:p>
        </w:tc>
      </w:tr>
      <w:tr w:rsidR="00AE745F" w:rsidRPr="00016CDA" w14:paraId="37142777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1203761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Pá 15. ledna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BF9601B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Ostrava, ČR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8E89371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Ostravar Arena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D6D59A1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Fighting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The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World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 xml:space="preserve"> ** </w:t>
            </w:r>
          </w:p>
        </w:tc>
      </w:tr>
      <w:tr w:rsidR="00AE745F" w:rsidRPr="00016CDA" w14:paraId="10000B8C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B3ADFFE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So 16. ledna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CAFCBFF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Brno, ČR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F31BC5F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Winning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 xml:space="preserve"> Group Arena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2144DF8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Kings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Of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 xml:space="preserve"> Metal * </w:t>
            </w:r>
          </w:p>
        </w:tc>
      </w:tr>
      <w:tr w:rsidR="00AE745F" w:rsidRPr="00016CDA" w14:paraId="543E1B8A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CC7B56D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Po 18. ledna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487FFF2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Pardubice, ČR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072CFBD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Enteria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 xml:space="preserve"> Arena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F9863EC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Fighting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The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World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 xml:space="preserve"> ** </w:t>
            </w:r>
          </w:p>
        </w:tc>
      </w:tr>
      <w:tr w:rsidR="00AE745F" w:rsidRPr="00016CDA" w14:paraId="18DB0EC0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DB36FEC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Čt 21. ledna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7D99511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Praha, ČR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138690C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Sportovní hala Fortuna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C22A9DB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Kings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>Of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b/>
                <w:bCs/>
                <w:sz w:val="20"/>
                <w:szCs w:val="20"/>
                <w:lang w:val="cs-CZ"/>
              </w:rPr>
              <w:t xml:space="preserve"> Metal * </w:t>
            </w:r>
          </w:p>
        </w:tc>
      </w:tr>
      <w:tr w:rsidR="00AE745F" w:rsidRPr="00016CDA" w14:paraId="12BF4B92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6D1AD93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Pá 29. ledna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4FCA15D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Riesa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AC75921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WT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Energiesysteme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Arena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CB339DA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Kings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Of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Metal * </w:t>
            </w:r>
          </w:p>
        </w:tc>
      </w:tr>
      <w:tr w:rsidR="00AE745F" w:rsidRPr="00016CDA" w14:paraId="0F9A8A73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FC2DEAE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So 30. ledna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1E58D5C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Hof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E6CB539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Freiheitshalle</w:t>
            </w:r>
            <w:proofErr w:type="spellEnd"/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B712B65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Fighting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The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World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** </w:t>
            </w:r>
          </w:p>
        </w:tc>
      </w:tr>
      <w:tr w:rsidR="00AE745F" w:rsidRPr="00016CDA" w14:paraId="1D123B3F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6BE1F91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Po 1. února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6CDC396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Regensburg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ED51707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das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Stadtwerk.Donau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–Arena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FE1309A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Kings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Of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Metal * </w:t>
            </w:r>
          </w:p>
        </w:tc>
      </w:tr>
      <w:tr w:rsidR="00AE745F" w:rsidRPr="00016CDA" w14:paraId="2BB3E838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F77954F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St 3. února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9A7E519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Augsburg,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90CAB0E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Schwabenhallen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Messe</w:t>
            </w:r>
            <w:proofErr w:type="spellEnd"/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60AE9B0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Fighting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The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World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** </w:t>
            </w:r>
          </w:p>
        </w:tc>
      </w:tr>
      <w:tr w:rsidR="00AE745F" w:rsidRPr="00016CDA" w14:paraId="7F124571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FE079AC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Pá 5. února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1A88058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Bamberg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8508709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Brose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Arena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45940A8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Kings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Of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Metal * </w:t>
            </w:r>
          </w:p>
        </w:tc>
      </w:tr>
      <w:tr w:rsidR="00AE745F" w:rsidRPr="00016CDA" w14:paraId="49E11853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AFF0D23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lastRenderedPageBreak/>
              <w:t>So 6. února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5A7F91E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Ingolstadt,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80CC20D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Saturn Arena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C7D3181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Fighting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The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World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** </w:t>
            </w:r>
          </w:p>
        </w:tc>
      </w:tr>
      <w:tr w:rsidR="00AE745F" w:rsidRPr="00016CDA" w14:paraId="4C6D00E8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B6F08A9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Po 8. února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DAC136F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Freiburg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D727392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Sick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–Arena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AC8979C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Kings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Of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Metal * </w:t>
            </w:r>
          </w:p>
        </w:tc>
      </w:tr>
      <w:tr w:rsidR="00AE745F" w:rsidRPr="00016CDA" w14:paraId="56553402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CC897D4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St 10. února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67567CD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Ludwigsburg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11BD765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MHP Arena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423392D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Fighting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The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World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** </w:t>
            </w:r>
          </w:p>
        </w:tc>
      </w:tr>
      <w:tr w:rsidR="00AE745F" w:rsidRPr="00016CDA" w14:paraId="0F6BD9E2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DB92791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Čt 11. února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32F9C4C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Ludwigsburg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48BF969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MHP Arena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8EBF6E6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Kings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Of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Metal * </w:t>
            </w:r>
          </w:p>
        </w:tc>
      </w:tr>
      <w:tr w:rsidR="00AE745F" w:rsidRPr="00016CDA" w14:paraId="7C416032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7925E30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So 13. února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5341BED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Mannheim,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B200753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SAP Arena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6C5C5C8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Fighting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The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World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** </w:t>
            </w:r>
          </w:p>
        </w:tc>
      </w:tr>
      <w:tr w:rsidR="00AE745F" w:rsidRPr="00016CDA" w14:paraId="4D96BFDD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314567F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Po 15. února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E473B8C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Neu–Ulm,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DC45BFA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Ratiopharm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Arena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10951E0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Kings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Of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Metal * </w:t>
            </w:r>
          </w:p>
        </w:tc>
      </w:tr>
      <w:tr w:rsidR="00AE745F" w:rsidRPr="00016CDA" w14:paraId="7B599353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B4B51AF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St 17. února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3897C99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Saarbrücken,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C7D9AC6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Saarlandhalle</w:t>
            </w:r>
            <w:proofErr w:type="spellEnd"/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9A789AE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Fighting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The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World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** </w:t>
            </w:r>
          </w:p>
        </w:tc>
      </w:tr>
      <w:tr w:rsidR="00AE745F" w:rsidRPr="00016CDA" w14:paraId="4C362F66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675E36B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Pá 19. února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3A25AE8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Lingen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6866AB8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EmslandArena</w:t>
            </w:r>
            <w:proofErr w:type="spellEnd"/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DB8F906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Kings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Of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Metal * </w:t>
            </w:r>
          </w:p>
        </w:tc>
      </w:tr>
      <w:tr w:rsidR="00AE745F" w:rsidRPr="00016CDA" w14:paraId="52EB1CA6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5C53C30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So 20. února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AA2D901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Bielefeld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46BAD7E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Seidensticker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Halle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1EB821B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Fighting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The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World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** </w:t>
            </w:r>
          </w:p>
        </w:tc>
      </w:tr>
      <w:tr w:rsidR="00AE745F" w:rsidRPr="00016CDA" w14:paraId="251FB581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0B6FA27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Po 22. února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6A76896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Magdeburg,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F6401BA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Getec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Arena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AA34876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Kings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Of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Metal * </w:t>
            </w:r>
          </w:p>
        </w:tc>
      </w:tr>
      <w:tr w:rsidR="00AE745F" w:rsidRPr="00016CDA" w14:paraId="2B0E3296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C82D926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St 24. února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2D164FD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Berlín,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61C241D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UFO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0A23D15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Fighting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The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World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** </w:t>
            </w:r>
          </w:p>
        </w:tc>
      </w:tr>
      <w:tr w:rsidR="00AE745F" w:rsidRPr="00016CDA" w14:paraId="46ACD49E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AB763CE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Pá 26. února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87CC255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Wetzlar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5381150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Buderus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Arena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2FD337C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Kings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Of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Metal * </w:t>
            </w:r>
          </w:p>
        </w:tc>
      </w:tr>
      <w:tr w:rsidR="00AE745F" w:rsidRPr="00016CDA" w14:paraId="76807018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F65908F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So 27. února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667A2A8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Oberhausen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0D7BF4D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Rudolf Weber–Arena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FD2D6A0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Fighting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The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World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** </w:t>
            </w:r>
          </w:p>
        </w:tc>
      </w:tr>
      <w:tr w:rsidR="00AE745F" w:rsidRPr="00016CDA" w14:paraId="1C80F95F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8593CDC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Po 1. března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2808C60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Rostock,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8963184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StadtHalle</w:t>
            </w:r>
            <w:proofErr w:type="spellEnd"/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4F66B59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Kings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Of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Metal * </w:t>
            </w:r>
          </w:p>
        </w:tc>
      </w:tr>
      <w:tr w:rsidR="00AE745F" w:rsidRPr="00016CDA" w14:paraId="37A542F7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AEB624B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St 3. března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326943D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Flensburg,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A11BC75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GP Joule Arena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577953D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Fighting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The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World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** </w:t>
            </w:r>
          </w:p>
        </w:tc>
      </w:tr>
      <w:tr w:rsidR="00AE745F" w:rsidRPr="00016CDA" w14:paraId="75BB1B18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A06D698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Pá 5. března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3636F64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Brémy, DE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8B537EE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Halle 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B2F6ED1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Kings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Of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Metal * </w:t>
            </w:r>
          </w:p>
        </w:tc>
      </w:tr>
      <w:tr w:rsidR="00AE745F" w:rsidRPr="00016CDA" w14:paraId="575D34FC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60B5963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Po 8. března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C70F393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Curych, CH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43D0241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Hallenstadion</w:t>
            </w:r>
            <w:proofErr w:type="spellEnd"/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38C45C4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Kings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Of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Metal * </w:t>
            </w:r>
          </w:p>
        </w:tc>
      </w:tr>
      <w:tr w:rsidR="00AE745F" w:rsidRPr="00016CDA" w14:paraId="6754247A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DC69E03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St 10. března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7A8933C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Antverpy, BE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9253CD6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AFAS Dome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49BC7FF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Kings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Of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Metal * </w:t>
            </w:r>
          </w:p>
        </w:tc>
      </w:tr>
      <w:tr w:rsidR="00AE745F" w:rsidRPr="00016CDA" w14:paraId="0B5A67B3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20847EB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So 13. března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2BBD5EB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Oslo, NO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B0A6026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Spektrum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8179276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Kings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Of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Metal * </w:t>
            </w:r>
          </w:p>
        </w:tc>
      </w:tr>
      <w:tr w:rsidR="00AE745F" w:rsidRPr="00016CDA" w14:paraId="3AAEAE46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64905A9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Po 15. března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A6AF0BF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Göteborg, SE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3A2ACBF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Partille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Arena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2CA01AA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Fighting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The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World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** </w:t>
            </w:r>
          </w:p>
        </w:tc>
      </w:tr>
      <w:tr w:rsidR="00AE745F" w:rsidRPr="00016CDA" w14:paraId="1761B48D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A609343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Čt 18. března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5FE5764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Madrid, ES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96B804D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Palacio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Vistalegre</w:t>
            </w:r>
            <w:proofErr w:type="spellEnd"/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C25F62B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Kings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Of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Metal * </w:t>
            </w:r>
          </w:p>
        </w:tc>
      </w:tr>
      <w:tr w:rsidR="00AE745F" w:rsidRPr="00016CDA" w14:paraId="3A8B2D67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A585267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So 20. března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95DF057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Barcelona, ES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3DA18EA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Olímpic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Arena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Badalona</w:t>
            </w:r>
            <w:proofErr w:type="spellEnd"/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0FAA4A5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Fighting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The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World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** </w:t>
            </w:r>
          </w:p>
        </w:tc>
      </w:tr>
      <w:tr w:rsidR="00AE745F" w:rsidRPr="00016CDA" w14:paraId="494F2304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8598BA2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So 31. července 2027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E4E76B4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Istanbul, TR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32CC1B7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Küçükçiftlik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Park</w:t>
            </w:r>
          </w:p>
        </w:tc>
        <w:tc>
          <w:tcPr>
            <w:tcW w:w="0" w:type="auto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71059BA" w14:textId="77777777" w:rsidR="00AE745F" w:rsidRPr="00016CDA" w:rsidRDefault="00AE745F" w:rsidP="00016CDA">
            <w:pPr>
              <w:spacing w:before="100" w:beforeAutospacing="1" w:after="100" w:afterAutospacing="1" w:line="240" w:lineRule="auto"/>
              <w:jc w:val="both"/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</w:pP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Kings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</w:t>
            </w:r>
            <w:proofErr w:type="spellStart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>Of</w:t>
            </w:r>
            <w:proofErr w:type="spellEnd"/>
            <w:r w:rsidRPr="00016CDA">
              <w:rPr>
                <w:rFonts w:asciiTheme="majorHAnsi" w:eastAsia="Times New Roman" w:hAnsiTheme="majorHAnsi" w:cstheme="majorHAnsi"/>
                <w:sz w:val="20"/>
                <w:szCs w:val="20"/>
                <w:lang w:val="cs-CZ"/>
              </w:rPr>
              <w:t xml:space="preserve"> Metal * </w:t>
            </w:r>
          </w:p>
        </w:tc>
      </w:tr>
    </w:tbl>
    <w:p w14:paraId="2AEF858F" w14:textId="105AE334" w:rsidR="00E37FD9" w:rsidRPr="00016CDA" w:rsidRDefault="00E37FD9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(Vysvětlivky: * = kompletní album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Kings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Of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Metal + další legendární hymny, ** = kompletní album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Fighting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The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World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+ další legendární hymny)</w:t>
      </w:r>
    </w:p>
    <w:p w14:paraId="7BFF2066" w14:textId="41E38887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lastRenderedPageBreak/>
        <w:t>O kapele MANOWAR:</w:t>
      </w:r>
    </w:p>
    <w:p w14:paraId="058AE1FE" w14:textId="357C4A41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V roce 1980 vtrhli MANOWAR na metalovou scénu a změnili životy milionů lidí. Od té doby </w:t>
      </w:r>
      <w:r w:rsidR="00E37FD9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doslova 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definovali žánr a složili</w:t>
      </w:r>
      <w:r w:rsidR="00E37FD9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nespočet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</w:t>
      </w:r>
      <w:r w:rsidR="00E37FD9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legendárních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</w:t>
      </w:r>
      <w:r w:rsidR="00016CDA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nadčasových </w:t>
      </w:r>
      <w:r w:rsidR="00E37FD9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skladeb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, </w:t>
      </w:r>
      <w:r w:rsidR="00016CDA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zejména 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pro ty, kdo si cení věrnosti,</w:t>
      </w:r>
      <w:r w:rsidR="00E37FD9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oddanosti a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poctivosti. </w:t>
      </w:r>
    </w:p>
    <w:p w14:paraId="3C0C8758" w14:textId="7479B554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Po více než čtyři desetiletí zůstávají MANOWAR věrni svému přesvědčení a s neochvějným duchem překonávají každou překážku. Jsou to </w:t>
      </w:r>
      <w:r w:rsidR="00016CDA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praví 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Králové metalu a jejich </w:t>
      </w:r>
      <w:proofErr w:type="spellStart"/>
      <w:r w:rsidR="00016CDA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Army</w:t>
      </w:r>
      <w:proofErr w:type="spellEnd"/>
      <w:r w:rsidR="00016CDA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</w:t>
      </w:r>
      <w:proofErr w:type="spellStart"/>
      <w:r w:rsidR="00016CDA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of</w:t>
      </w:r>
      <w:proofErr w:type="spellEnd"/>
      <w:r w:rsidR="00016CDA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</w:t>
      </w:r>
      <w:proofErr w:type="spellStart"/>
      <w:r w:rsidR="00016CDA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Immortals</w:t>
      </w:r>
      <w:proofErr w:type="spellEnd"/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je globální </w:t>
      </w:r>
      <w:r w:rsidR="00016CDA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komunita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sdíle</w:t>
      </w:r>
      <w:r w:rsidR="00016CDA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jící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</w:t>
      </w:r>
      <w:r w:rsidR="00016CDA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vášeň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pro </w:t>
      </w:r>
      <w:r w:rsidR="00016CDA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pravý metal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. S mnoha zlatými a platinovými </w:t>
      </w:r>
      <w:r w:rsidR="00016CDA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alby 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a více než 40 světovými turné MANOWAR nadále </w:t>
      </w:r>
      <w:r w:rsidR="00016CDA"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>oslovují</w:t>
      </w:r>
      <w:r w:rsidRPr="00016CDA">
        <w:rPr>
          <w:rFonts w:asciiTheme="majorHAnsi" w:eastAsia="Times New Roman" w:hAnsiTheme="majorHAnsi" w:cstheme="majorHAnsi"/>
          <w:sz w:val="24"/>
          <w:szCs w:val="24"/>
          <w:lang w:val="cs-CZ"/>
        </w:rPr>
        <w:t xml:space="preserve"> ty nejvěrnější fanoušky, kteří chápou, že tohle je víc než jen hudba – je to životní styl. </w:t>
      </w:r>
    </w:p>
    <w:p w14:paraId="47B10C0B" w14:textId="77777777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MANOWAR online:</w:t>
      </w:r>
    </w:p>
    <w:p w14:paraId="6E27CA00" w14:textId="77777777" w:rsidR="00AE745F" w:rsidRPr="00016CDA" w:rsidRDefault="00AE745F" w:rsidP="00016CDA">
      <w:pPr>
        <w:numPr>
          <w:ilvl w:val="0"/>
          <w:numId w:val="15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hyperlink r:id="rId10" w:tgtFrame="_blank" w:history="1">
        <w:r w:rsidRPr="00016CDA">
          <w:rPr>
            <w:rStyle w:val="Hypertextovodkaz"/>
            <w:rFonts w:asciiTheme="majorHAnsi" w:eastAsia="Times New Roman" w:hAnsiTheme="majorHAnsi" w:cstheme="majorHAnsi"/>
            <w:b/>
            <w:bCs/>
            <w:sz w:val="24"/>
            <w:szCs w:val="24"/>
            <w:lang w:val="cs-CZ"/>
          </w:rPr>
          <w:t>www.manowar.com</w:t>
        </w:r>
      </w:hyperlink>
    </w:p>
    <w:p w14:paraId="077D5133" w14:textId="77777777" w:rsidR="00AE745F" w:rsidRPr="00016CDA" w:rsidRDefault="00AE745F" w:rsidP="00016CDA">
      <w:pPr>
        <w:numPr>
          <w:ilvl w:val="0"/>
          <w:numId w:val="15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Instagram: </w:t>
      </w:r>
      <w:hyperlink r:id="rId11" w:tgtFrame="_blank" w:history="1">
        <w:r w:rsidRPr="00016CDA">
          <w:rPr>
            <w:rStyle w:val="Hypertextovodkaz"/>
            <w:rFonts w:asciiTheme="majorHAnsi" w:eastAsia="Times New Roman" w:hAnsiTheme="majorHAnsi" w:cstheme="majorHAnsi"/>
            <w:b/>
            <w:bCs/>
            <w:sz w:val="24"/>
            <w:szCs w:val="24"/>
            <w:lang w:val="cs-CZ"/>
          </w:rPr>
          <w:t>@manowarband_official</w:t>
        </w:r>
      </w:hyperlink>
    </w:p>
    <w:p w14:paraId="6DA0B3EB" w14:textId="77777777" w:rsidR="00AE745F" w:rsidRPr="00016CDA" w:rsidRDefault="00AE745F" w:rsidP="00016CDA">
      <w:pPr>
        <w:numPr>
          <w:ilvl w:val="0"/>
          <w:numId w:val="15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Facebook: </w:t>
      </w:r>
      <w:hyperlink r:id="rId12" w:tgtFrame="_blank" w:history="1">
        <w:r w:rsidRPr="00016CDA">
          <w:rPr>
            <w:rStyle w:val="Hypertextovodkaz"/>
            <w:rFonts w:asciiTheme="majorHAnsi" w:eastAsia="Times New Roman" w:hAnsiTheme="majorHAnsi" w:cstheme="majorHAnsi"/>
            <w:b/>
            <w:bCs/>
            <w:sz w:val="24"/>
            <w:szCs w:val="24"/>
            <w:lang w:val="cs-CZ"/>
          </w:rPr>
          <w:t>/</w:t>
        </w:r>
        <w:proofErr w:type="spellStart"/>
        <w:r w:rsidRPr="00016CDA">
          <w:rPr>
            <w:rStyle w:val="Hypertextovodkaz"/>
            <w:rFonts w:asciiTheme="majorHAnsi" w:eastAsia="Times New Roman" w:hAnsiTheme="majorHAnsi" w:cstheme="majorHAnsi"/>
            <w:b/>
            <w:bCs/>
            <w:sz w:val="24"/>
            <w:szCs w:val="24"/>
            <w:lang w:val="cs-CZ"/>
          </w:rPr>
          <w:t>manowar</w:t>
        </w:r>
        <w:proofErr w:type="spellEnd"/>
      </w:hyperlink>
    </w:p>
    <w:p w14:paraId="49232685" w14:textId="77777777" w:rsidR="00AE745F" w:rsidRPr="00016CDA" w:rsidRDefault="00AE745F" w:rsidP="00016CDA">
      <w:pPr>
        <w:numPr>
          <w:ilvl w:val="0"/>
          <w:numId w:val="15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X: </w:t>
      </w:r>
      <w:hyperlink r:id="rId13" w:tgtFrame="_blank" w:history="1">
        <w:r w:rsidRPr="00016CDA">
          <w:rPr>
            <w:rStyle w:val="Hypertextovodkaz"/>
            <w:rFonts w:asciiTheme="majorHAnsi" w:eastAsia="Times New Roman" w:hAnsiTheme="majorHAnsi" w:cstheme="majorHAnsi"/>
            <w:b/>
            <w:bCs/>
            <w:sz w:val="24"/>
            <w:szCs w:val="24"/>
            <w:lang w:val="cs-CZ"/>
          </w:rPr>
          <w:t>@manowarband_official</w:t>
        </w:r>
      </w:hyperlink>
    </w:p>
    <w:p w14:paraId="6489A8BC" w14:textId="77777777" w:rsidR="00AE745F" w:rsidRPr="00016CDA" w:rsidRDefault="00AE745F" w:rsidP="00016CDA">
      <w:pPr>
        <w:numPr>
          <w:ilvl w:val="0"/>
          <w:numId w:val="15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YouTube: </w:t>
      </w:r>
      <w:hyperlink r:id="rId14" w:tgtFrame="_blank" w:history="1">
        <w:r w:rsidRPr="00016CDA">
          <w:rPr>
            <w:rStyle w:val="Hypertextovodkaz"/>
            <w:rFonts w:asciiTheme="majorHAnsi" w:eastAsia="Times New Roman" w:hAnsiTheme="majorHAnsi" w:cstheme="majorHAnsi"/>
            <w:b/>
            <w:bCs/>
            <w:sz w:val="24"/>
            <w:szCs w:val="24"/>
            <w:lang w:val="cs-CZ"/>
          </w:rPr>
          <w:t>/</w:t>
        </w:r>
        <w:proofErr w:type="spellStart"/>
        <w:r w:rsidRPr="00016CDA">
          <w:rPr>
            <w:rStyle w:val="Hypertextovodkaz"/>
            <w:rFonts w:asciiTheme="majorHAnsi" w:eastAsia="Times New Roman" w:hAnsiTheme="majorHAnsi" w:cstheme="majorHAnsi"/>
            <w:b/>
            <w:bCs/>
            <w:sz w:val="24"/>
            <w:szCs w:val="24"/>
            <w:lang w:val="cs-CZ"/>
          </w:rPr>
          <w:t>manowarband</w:t>
        </w:r>
        <w:proofErr w:type="spellEnd"/>
      </w:hyperlink>
    </w:p>
    <w:p w14:paraId="101B2E22" w14:textId="77777777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#MANOWAR2027 #WorldTour #KingsOfMetal #FightingTheWorld #ArmyOfImmortals</w:t>
      </w:r>
    </w:p>
    <w:p w14:paraId="7DC58F29" w14:textId="77777777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Kontakt pro tisk a média: promotion@magiccirclemusic.com </w:t>
      </w:r>
    </w:p>
    <w:p w14:paraId="1F121CAB" w14:textId="77777777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Média mají povolení použít jakékoli z následujících videí na neexkluzivní, nekomerční </w:t>
      </w:r>
      <w:proofErr w:type="gram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bázi</w:t>
      </w:r>
      <w:proofErr w:type="gram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a to pouze pro účely tiskových informací. </w:t>
      </w:r>
    </w:p>
    <w:p w14:paraId="14E2A0DE" w14:textId="77777777" w:rsidR="00AE745F" w:rsidRPr="00016CDA" w:rsidRDefault="00AE745F" w:rsidP="00016CDA">
      <w:pPr>
        <w:numPr>
          <w:ilvl w:val="0"/>
          <w:numId w:val="16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MANOWAR Tour </w:t>
      </w: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Highlights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– </w:t>
      </w:r>
      <w:hyperlink r:id="rId15" w:tgtFrame="_blank" w:history="1">
        <w:r w:rsidRPr="00016CDA">
          <w:rPr>
            <w:rStyle w:val="Hypertextovodkaz"/>
            <w:rFonts w:asciiTheme="majorHAnsi" w:eastAsia="Times New Roman" w:hAnsiTheme="majorHAnsi" w:cstheme="majorHAnsi"/>
            <w:b/>
            <w:bCs/>
            <w:sz w:val="24"/>
            <w:szCs w:val="24"/>
            <w:lang w:val="cs-CZ"/>
          </w:rPr>
          <w:t>Odkaz na video</w:t>
        </w:r>
      </w:hyperlink>
    </w:p>
    <w:p w14:paraId="554228D5" w14:textId="77777777" w:rsidR="00AE745F" w:rsidRPr="00016CDA" w:rsidRDefault="00AE745F" w:rsidP="00016CDA">
      <w:pPr>
        <w:numPr>
          <w:ilvl w:val="0"/>
          <w:numId w:val="16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Warriors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Of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The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World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United (</w:t>
      </w: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Official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Videos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) – </w:t>
      </w:r>
      <w:hyperlink r:id="rId16" w:tgtFrame="_blank" w:history="1">
        <w:r w:rsidRPr="00016CDA">
          <w:rPr>
            <w:rStyle w:val="Hypertextovodkaz"/>
            <w:rFonts w:asciiTheme="majorHAnsi" w:eastAsia="Times New Roman" w:hAnsiTheme="majorHAnsi" w:cstheme="majorHAnsi"/>
            <w:b/>
            <w:bCs/>
            <w:sz w:val="24"/>
            <w:szCs w:val="24"/>
            <w:lang w:val="cs-CZ"/>
          </w:rPr>
          <w:t>Video 1</w:t>
        </w:r>
      </w:hyperlink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a </w:t>
      </w:r>
      <w:hyperlink r:id="rId17" w:tgtFrame="_blank" w:history="1">
        <w:r w:rsidRPr="00016CDA">
          <w:rPr>
            <w:rStyle w:val="Hypertextovodkaz"/>
            <w:rFonts w:asciiTheme="majorHAnsi" w:eastAsia="Times New Roman" w:hAnsiTheme="majorHAnsi" w:cstheme="majorHAnsi"/>
            <w:b/>
            <w:bCs/>
            <w:sz w:val="24"/>
            <w:szCs w:val="24"/>
            <w:lang w:val="cs-CZ"/>
          </w:rPr>
          <w:t>Video 2</w:t>
        </w:r>
      </w:hyperlink>
    </w:p>
    <w:p w14:paraId="66255875" w14:textId="77777777" w:rsidR="00AE745F" w:rsidRPr="00016CDA" w:rsidRDefault="00AE745F" w:rsidP="00016CDA">
      <w:pPr>
        <w:numPr>
          <w:ilvl w:val="0"/>
          <w:numId w:val="16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The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Heart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Of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Steel MMXIV (</w:t>
      </w: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Official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Video) – </w:t>
      </w:r>
      <w:hyperlink r:id="rId18" w:tgtFrame="_blank" w:history="1">
        <w:r w:rsidRPr="00016CDA">
          <w:rPr>
            <w:rStyle w:val="Hypertextovodkaz"/>
            <w:rFonts w:asciiTheme="majorHAnsi" w:eastAsia="Times New Roman" w:hAnsiTheme="majorHAnsi" w:cstheme="majorHAnsi"/>
            <w:b/>
            <w:bCs/>
            <w:sz w:val="24"/>
            <w:szCs w:val="24"/>
            <w:lang w:val="cs-CZ"/>
          </w:rPr>
          <w:t>Odkaz na video</w:t>
        </w:r>
      </w:hyperlink>
    </w:p>
    <w:p w14:paraId="41BF5B9E" w14:textId="77777777" w:rsidR="00AE745F" w:rsidRPr="00016CDA" w:rsidRDefault="00AE745F" w:rsidP="00016CDA">
      <w:pPr>
        <w:numPr>
          <w:ilvl w:val="0"/>
          <w:numId w:val="16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Swords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In </w:t>
      </w: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The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Wind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(</w:t>
      </w:r>
      <w:proofErr w:type="gram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Live - </w:t>
      </w: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Official</w:t>
      </w:r>
      <w:proofErr w:type="spellEnd"/>
      <w:proofErr w:type="gram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Video) – </w:t>
      </w:r>
      <w:hyperlink r:id="rId19" w:tgtFrame="_blank" w:history="1">
        <w:r w:rsidRPr="00016CDA">
          <w:rPr>
            <w:rStyle w:val="Hypertextovodkaz"/>
            <w:rFonts w:asciiTheme="majorHAnsi" w:eastAsia="Times New Roman" w:hAnsiTheme="majorHAnsi" w:cstheme="majorHAnsi"/>
            <w:b/>
            <w:bCs/>
            <w:sz w:val="24"/>
            <w:szCs w:val="24"/>
            <w:lang w:val="cs-CZ"/>
          </w:rPr>
          <w:t>Odkaz na video</w:t>
        </w:r>
      </w:hyperlink>
    </w:p>
    <w:p w14:paraId="652A9171" w14:textId="77777777" w:rsidR="00AE745F" w:rsidRPr="00016CDA" w:rsidRDefault="00AE745F" w:rsidP="00016CDA">
      <w:pPr>
        <w:numPr>
          <w:ilvl w:val="0"/>
          <w:numId w:val="16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Immortal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(</w:t>
      </w: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Official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Video) – </w:t>
      </w:r>
      <w:hyperlink r:id="rId20" w:tgtFrame="_blank" w:history="1">
        <w:r w:rsidRPr="00016CDA">
          <w:rPr>
            <w:rStyle w:val="Hypertextovodkaz"/>
            <w:rFonts w:asciiTheme="majorHAnsi" w:eastAsia="Times New Roman" w:hAnsiTheme="majorHAnsi" w:cstheme="majorHAnsi"/>
            <w:b/>
            <w:bCs/>
            <w:sz w:val="24"/>
            <w:szCs w:val="24"/>
            <w:lang w:val="cs-CZ"/>
          </w:rPr>
          <w:t>Odkaz na video</w:t>
        </w:r>
      </w:hyperlink>
    </w:p>
    <w:p w14:paraId="2D1A7C1C" w14:textId="77777777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</w:pPr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Všechna videa: © </w:t>
      </w: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Magic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Circle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 xml:space="preserve"> </w:t>
      </w:r>
      <w:proofErr w:type="spellStart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Entertainment</w:t>
      </w:r>
      <w:proofErr w:type="spellEnd"/>
      <w:r w:rsidRPr="00016CDA">
        <w:rPr>
          <w:rFonts w:asciiTheme="majorHAnsi" w:eastAsia="Times New Roman" w:hAnsiTheme="majorHAnsi" w:cstheme="majorHAnsi"/>
          <w:b/>
          <w:bCs/>
          <w:sz w:val="24"/>
          <w:szCs w:val="24"/>
          <w:lang w:val="cs-CZ"/>
        </w:rPr>
        <w:t>. Všechna práva vyhrazena. Další videa naleznete na našem oficiálním YouTube kanálu.</w:t>
      </w:r>
    </w:p>
    <w:p w14:paraId="52AE9D4A" w14:textId="77777777" w:rsidR="00AE745F" w:rsidRPr="00016CDA" w:rsidRDefault="00AE745F" w:rsidP="00016CD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sz w:val="24"/>
          <w:szCs w:val="24"/>
        </w:rPr>
      </w:pPr>
    </w:p>
    <w:sectPr w:rsidR="00AE745F" w:rsidRPr="00016CDA" w:rsidSect="001076E1">
      <w:pgSz w:w="12240" w:h="15840"/>
      <w:pgMar w:top="918" w:right="1080" w:bottom="792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309020205020404"/>
    <w:charset w:val="00"/>
    <w:family w:val="modern"/>
    <w:pitch w:val="fixed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slova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slova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D703ABF"/>
    <w:multiLevelType w:val="multilevel"/>
    <w:tmpl w:val="E85C9C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91B4ABE"/>
    <w:multiLevelType w:val="multilevel"/>
    <w:tmpl w:val="37AC3A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96D305E"/>
    <w:multiLevelType w:val="hybridMultilevel"/>
    <w:tmpl w:val="7D92D0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63A2B08"/>
    <w:multiLevelType w:val="multilevel"/>
    <w:tmpl w:val="F75656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6E8437C"/>
    <w:multiLevelType w:val="multilevel"/>
    <w:tmpl w:val="6EDEB5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8435870"/>
    <w:multiLevelType w:val="multilevel"/>
    <w:tmpl w:val="0DFE44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9B90F6C"/>
    <w:multiLevelType w:val="multilevel"/>
    <w:tmpl w:val="989E53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04379569">
    <w:abstractNumId w:val="8"/>
  </w:num>
  <w:num w:numId="2" w16cid:durableId="682172862">
    <w:abstractNumId w:val="6"/>
  </w:num>
  <w:num w:numId="3" w16cid:durableId="1282766257">
    <w:abstractNumId w:val="5"/>
  </w:num>
  <w:num w:numId="4" w16cid:durableId="1829635748">
    <w:abstractNumId w:val="4"/>
  </w:num>
  <w:num w:numId="5" w16cid:durableId="632489105">
    <w:abstractNumId w:val="7"/>
  </w:num>
  <w:num w:numId="6" w16cid:durableId="1803617460">
    <w:abstractNumId w:val="3"/>
  </w:num>
  <w:num w:numId="7" w16cid:durableId="647707466">
    <w:abstractNumId w:val="2"/>
  </w:num>
  <w:num w:numId="8" w16cid:durableId="1988968409">
    <w:abstractNumId w:val="1"/>
  </w:num>
  <w:num w:numId="9" w16cid:durableId="911431775">
    <w:abstractNumId w:val="0"/>
  </w:num>
  <w:num w:numId="10" w16cid:durableId="767190486">
    <w:abstractNumId w:val="11"/>
  </w:num>
  <w:num w:numId="11" w16cid:durableId="1239363797">
    <w:abstractNumId w:val="14"/>
  </w:num>
  <w:num w:numId="12" w16cid:durableId="1415467925">
    <w:abstractNumId w:val="15"/>
  </w:num>
  <w:num w:numId="13" w16cid:durableId="1407142775">
    <w:abstractNumId w:val="9"/>
  </w:num>
  <w:num w:numId="14" w16cid:durableId="1061249560">
    <w:abstractNumId w:val="12"/>
  </w:num>
  <w:num w:numId="15" w16cid:durableId="269631680">
    <w:abstractNumId w:val="10"/>
  </w:num>
  <w:num w:numId="16" w16cid:durableId="151083259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hideSpellingErrors/>
  <w:hideGrammaticalErrors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00834"/>
    <w:rsid w:val="00016CDA"/>
    <w:rsid w:val="00016E95"/>
    <w:rsid w:val="000236EE"/>
    <w:rsid w:val="00034616"/>
    <w:rsid w:val="0006063C"/>
    <w:rsid w:val="00070CCD"/>
    <w:rsid w:val="00073DD5"/>
    <w:rsid w:val="000B0540"/>
    <w:rsid w:val="000C18C1"/>
    <w:rsid w:val="000C7E57"/>
    <w:rsid w:val="000D1BBC"/>
    <w:rsid w:val="001076E1"/>
    <w:rsid w:val="00107CEE"/>
    <w:rsid w:val="0014028F"/>
    <w:rsid w:val="0015074B"/>
    <w:rsid w:val="00170753"/>
    <w:rsid w:val="00187619"/>
    <w:rsid w:val="00196084"/>
    <w:rsid w:val="001D5C4F"/>
    <w:rsid w:val="002068EE"/>
    <w:rsid w:val="00214D84"/>
    <w:rsid w:val="002576D8"/>
    <w:rsid w:val="0028116F"/>
    <w:rsid w:val="0029639D"/>
    <w:rsid w:val="00322AC2"/>
    <w:rsid w:val="00326F90"/>
    <w:rsid w:val="00334DC3"/>
    <w:rsid w:val="00355039"/>
    <w:rsid w:val="00384B7E"/>
    <w:rsid w:val="003875F8"/>
    <w:rsid w:val="003910B8"/>
    <w:rsid w:val="0039425D"/>
    <w:rsid w:val="003A6BC2"/>
    <w:rsid w:val="003E7129"/>
    <w:rsid w:val="00407ABA"/>
    <w:rsid w:val="0042294A"/>
    <w:rsid w:val="004423F3"/>
    <w:rsid w:val="00463BF5"/>
    <w:rsid w:val="00477B43"/>
    <w:rsid w:val="00477C6D"/>
    <w:rsid w:val="00480D65"/>
    <w:rsid w:val="00483260"/>
    <w:rsid w:val="004C47A9"/>
    <w:rsid w:val="004E77B2"/>
    <w:rsid w:val="0050632F"/>
    <w:rsid w:val="005142B5"/>
    <w:rsid w:val="00521C97"/>
    <w:rsid w:val="005372AC"/>
    <w:rsid w:val="00554C21"/>
    <w:rsid w:val="00560202"/>
    <w:rsid w:val="00577176"/>
    <w:rsid w:val="00594F58"/>
    <w:rsid w:val="005A2ABC"/>
    <w:rsid w:val="005A4E40"/>
    <w:rsid w:val="005C475C"/>
    <w:rsid w:val="0066113C"/>
    <w:rsid w:val="006977EF"/>
    <w:rsid w:val="006B39CA"/>
    <w:rsid w:val="006D1A44"/>
    <w:rsid w:val="006D7D96"/>
    <w:rsid w:val="006F4331"/>
    <w:rsid w:val="006F6B5B"/>
    <w:rsid w:val="007026D8"/>
    <w:rsid w:val="00724AF9"/>
    <w:rsid w:val="00736D4C"/>
    <w:rsid w:val="00754BCA"/>
    <w:rsid w:val="00767529"/>
    <w:rsid w:val="00771DBE"/>
    <w:rsid w:val="00781DF8"/>
    <w:rsid w:val="00787C92"/>
    <w:rsid w:val="007A3DD3"/>
    <w:rsid w:val="007B4F75"/>
    <w:rsid w:val="007E60F4"/>
    <w:rsid w:val="007F0B9D"/>
    <w:rsid w:val="008031B4"/>
    <w:rsid w:val="00832D9C"/>
    <w:rsid w:val="00857FFD"/>
    <w:rsid w:val="00890288"/>
    <w:rsid w:val="008A1B73"/>
    <w:rsid w:val="008A7298"/>
    <w:rsid w:val="008C2D39"/>
    <w:rsid w:val="008D366D"/>
    <w:rsid w:val="008E4EA9"/>
    <w:rsid w:val="008F0C9E"/>
    <w:rsid w:val="008F236B"/>
    <w:rsid w:val="009017F3"/>
    <w:rsid w:val="0090547F"/>
    <w:rsid w:val="00974F9E"/>
    <w:rsid w:val="00995278"/>
    <w:rsid w:val="009A6A62"/>
    <w:rsid w:val="009C7B91"/>
    <w:rsid w:val="009D7BD9"/>
    <w:rsid w:val="00A01802"/>
    <w:rsid w:val="00A07787"/>
    <w:rsid w:val="00A20F36"/>
    <w:rsid w:val="00A2655B"/>
    <w:rsid w:val="00A734A4"/>
    <w:rsid w:val="00A86394"/>
    <w:rsid w:val="00AA1D8D"/>
    <w:rsid w:val="00AE745F"/>
    <w:rsid w:val="00B00F0C"/>
    <w:rsid w:val="00B07C13"/>
    <w:rsid w:val="00B47730"/>
    <w:rsid w:val="00B523E0"/>
    <w:rsid w:val="00B802DF"/>
    <w:rsid w:val="00B86CB0"/>
    <w:rsid w:val="00BA1D3B"/>
    <w:rsid w:val="00BB2D4E"/>
    <w:rsid w:val="00BC2ED3"/>
    <w:rsid w:val="00BC43FC"/>
    <w:rsid w:val="00BD37C2"/>
    <w:rsid w:val="00C0239F"/>
    <w:rsid w:val="00C22BF7"/>
    <w:rsid w:val="00C311C8"/>
    <w:rsid w:val="00C464A2"/>
    <w:rsid w:val="00C81D60"/>
    <w:rsid w:val="00CB0664"/>
    <w:rsid w:val="00CD0511"/>
    <w:rsid w:val="00CE357D"/>
    <w:rsid w:val="00D415DA"/>
    <w:rsid w:val="00D625AB"/>
    <w:rsid w:val="00D94F39"/>
    <w:rsid w:val="00DA0726"/>
    <w:rsid w:val="00DC108A"/>
    <w:rsid w:val="00DE57D3"/>
    <w:rsid w:val="00E01CCC"/>
    <w:rsid w:val="00E038A5"/>
    <w:rsid w:val="00E147F8"/>
    <w:rsid w:val="00E37FD9"/>
    <w:rsid w:val="00E452A4"/>
    <w:rsid w:val="00E61624"/>
    <w:rsid w:val="00E8144C"/>
    <w:rsid w:val="00EA1617"/>
    <w:rsid w:val="00EB53C1"/>
    <w:rsid w:val="00EB77C0"/>
    <w:rsid w:val="00EC40A8"/>
    <w:rsid w:val="00ED09B1"/>
    <w:rsid w:val="00EF791C"/>
    <w:rsid w:val="00F3425C"/>
    <w:rsid w:val="00F52AA9"/>
    <w:rsid w:val="00F55CFC"/>
    <w:rsid w:val="00F600FA"/>
    <w:rsid w:val="00FA19BB"/>
    <w:rsid w:val="00FA4CB1"/>
    <w:rsid w:val="00FC693F"/>
    <w:rsid w:val="00FD6DDA"/>
    <w:rsid w:val="00FF2B86"/>
    <w:rsid w:val="00FF7B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F237A16"/>
  <w14:defaultImageDpi w14:val="300"/>
  <w15:docId w15:val="{4EBFD380-C8E5-D544-88CB-5D59699E80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693F"/>
    <w:rPr>
      <w:rFonts w:ascii="Arial" w:hAnsi="Arial"/>
    </w:rPr>
  </w:style>
  <w:style w:type="paragraph" w:styleId="Nadpis1">
    <w:name w:val="heading 1"/>
    <w:basedOn w:val="Normln"/>
    <w:next w:val="Normln"/>
    <w:link w:val="Nadpis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618BF"/>
  </w:style>
  <w:style w:type="paragraph" w:styleId="Zpat">
    <w:name w:val="footer"/>
    <w:basedOn w:val="Normln"/>
    <w:link w:val="Zpat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618BF"/>
  </w:style>
  <w:style w:type="paragraph" w:styleId="Bezmezer">
    <w:name w:val="No Spacing"/>
    <w:uiPriority w:val="1"/>
    <w:qFormat/>
    <w:rsid w:val="00FC693F"/>
    <w:pPr>
      <w:spacing w:after="0" w:line="240" w:lineRule="auto"/>
    </w:pPr>
  </w:style>
  <w:style w:type="character" w:customStyle="1" w:styleId="Nadpis1Char">
    <w:name w:val="Nadpis 1 Char"/>
    <w:basedOn w:val="Standardnpsmoodstavce"/>
    <w:link w:val="Nadpis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dpis2Char">
    <w:name w:val="Nadpis 2 Char"/>
    <w:basedOn w:val="Standardnpsmoodstavce"/>
    <w:link w:val="Nadpis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zev">
    <w:name w:val="Title"/>
    <w:basedOn w:val="Normln"/>
    <w:next w:val="Normln"/>
    <w:link w:val="Nzev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zevChar">
    <w:name w:val="Název Char"/>
    <w:basedOn w:val="Standardnpsmoodstavce"/>
    <w:link w:val="Nzev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nadpisChar">
    <w:name w:val="Podnadpis Char"/>
    <w:basedOn w:val="Standardnpsmoodstavce"/>
    <w:link w:val="Podnadpis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FC693F"/>
    <w:pPr>
      <w:ind w:left="720"/>
      <w:contextualSpacing/>
    </w:pPr>
  </w:style>
  <w:style w:type="paragraph" w:styleId="Zkladntext">
    <w:name w:val="Body Text"/>
    <w:basedOn w:val="Normln"/>
    <w:link w:val="ZkladntextChar"/>
    <w:uiPriority w:val="99"/>
    <w:unhideWhenUsed/>
    <w:rsid w:val="00AA1D8D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rsid w:val="00AA1D8D"/>
  </w:style>
  <w:style w:type="paragraph" w:styleId="Zkladntext2">
    <w:name w:val="Body Text 2"/>
    <w:basedOn w:val="Normln"/>
    <w:link w:val="Zkladntext2Char"/>
    <w:uiPriority w:val="99"/>
    <w:unhideWhenUsed/>
    <w:rsid w:val="00AA1D8D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rsid w:val="00AA1D8D"/>
  </w:style>
  <w:style w:type="paragraph" w:styleId="Zkladntext3">
    <w:name w:val="Body Text 3"/>
    <w:basedOn w:val="Normln"/>
    <w:link w:val="Zkladn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rsid w:val="00AA1D8D"/>
    <w:rPr>
      <w:sz w:val="16"/>
      <w:szCs w:val="16"/>
    </w:rPr>
  </w:style>
  <w:style w:type="paragraph" w:styleId="Seznam">
    <w:name w:val="List"/>
    <w:basedOn w:val="Normln"/>
    <w:uiPriority w:val="99"/>
    <w:unhideWhenUsed/>
    <w:rsid w:val="00AA1D8D"/>
    <w:pPr>
      <w:ind w:left="360" w:hanging="360"/>
      <w:contextualSpacing/>
    </w:pPr>
  </w:style>
  <w:style w:type="paragraph" w:styleId="Seznam2">
    <w:name w:val="List 2"/>
    <w:basedOn w:val="Normln"/>
    <w:uiPriority w:val="99"/>
    <w:unhideWhenUsed/>
    <w:rsid w:val="00326F90"/>
    <w:pPr>
      <w:ind w:left="720" w:hanging="360"/>
      <w:contextualSpacing/>
    </w:pPr>
  </w:style>
  <w:style w:type="paragraph" w:styleId="Seznam3">
    <w:name w:val="List 3"/>
    <w:basedOn w:val="Normln"/>
    <w:uiPriority w:val="99"/>
    <w:unhideWhenUsed/>
    <w:rsid w:val="00326F90"/>
    <w:pPr>
      <w:ind w:left="1080" w:hanging="360"/>
      <w:contextualSpacing/>
    </w:pPr>
  </w:style>
  <w:style w:type="paragraph" w:styleId="Seznamsodrkami">
    <w:name w:val="List Bullet"/>
    <w:basedOn w:val="Normln"/>
    <w:uiPriority w:val="99"/>
    <w:unhideWhenUsed/>
    <w:rsid w:val="00326F90"/>
    <w:pPr>
      <w:numPr>
        <w:numId w:val="1"/>
      </w:numPr>
      <w:contextualSpacing/>
    </w:pPr>
  </w:style>
  <w:style w:type="paragraph" w:styleId="Seznamsodrkami2">
    <w:name w:val="List Bullet 2"/>
    <w:basedOn w:val="Normln"/>
    <w:uiPriority w:val="99"/>
    <w:unhideWhenUsed/>
    <w:rsid w:val="00326F90"/>
    <w:pPr>
      <w:numPr>
        <w:numId w:val="2"/>
      </w:numPr>
      <w:contextualSpacing/>
    </w:pPr>
  </w:style>
  <w:style w:type="paragraph" w:styleId="Seznamsodrkami3">
    <w:name w:val="List Bullet 3"/>
    <w:basedOn w:val="Normln"/>
    <w:uiPriority w:val="99"/>
    <w:unhideWhenUsed/>
    <w:rsid w:val="00326F90"/>
    <w:pPr>
      <w:numPr>
        <w:numId w:val="3"/>
      </w:numPr>
      <w:contextualSpacing/>
    </w:pPr>
  </w:style>
  <w:style w:type="paragraph" w:styleId="slovanseznam">
    <w:name w:val="List Number"/>
    <w:basedOn w:val="Normln"/>
    <w:uiPriority w:val="99"/>
    <w:unhideWhenUsed/>
    <w:rsid w:val="00326F90"/>
    <w:pPr>
      <w:numPr>
        <w:numId w:val="5"/>
      </w:numPr>
      <w:contextualSpacing/>
    </w:pPr>
  </w:style>
  <w:style w:type="paragraph" w:styleId="slovanseznam2">
    <w:name w:val="List Number 2"/>
    <w:basedOn w:val="Normln"/>
    <w:uiPriority w:val="99"/>
    <w:unhideWhenUsed/>
    <w:rsid w:val="0029639D"/>
    <w:pPr>
      <w:numPr>
        <w:numId w:val="6"/>
      </w:numPr>
      <w:contextualSpacing/>
    </w:pPr>
  </w:style>
  <w:style w:type="paragraph" w:styleId="slovanseznam3">
    <w:name w:val="List Number 3"/>
    <w:basedOn w:val="Normln"/>
    <w:uiPriority w:val="99"/>
    <w:unhideWhenUsed/>
    <w:rsid w:val="0029639D"/>
    <w:pPr>
      <w:numPr>
        <w:numId w:val="7"/>
      </w:numPr>
      <w:contextualSpacing/>
    </w:pPr>
  </w:style>
  <w:style w:type="paragraph" w:styleId="Pokraovnseznamu">
    <w:name w:val="List Continue"/>
    <w:basedOn w:val="Normln"/>
    <w:uiPriority w:val="99"/>
    <w:unhideWhenUsed/>
    <w:rsid w:val="0029639D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unhideWhenUsed/>
    <w:rsid w:val="0029639D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unhideWhenUsed/>
    <w:rsid w:val="0029639D"/>
    <w:pPr>
      <w:spacing w:after="120"/>
      <w:ind w:left="1080"/>
      <w:contextualSpacing/>
    </w:pPr>
  </w:style>
  <w:style w:type="paragraph" w:styleId="Textmakra">
    <w:name w:val="macro"/>
    <w:link w:val="Textmakra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xtmakraChar">
    <w:name w:val="Text makra Char"/>
    <w:basedOn w:val="Standardnpsmoodstavce"/>
    <w:link w:val="Textmakra"/>
    <w:uiPriority w:val="99"/>
    <w:rsid w:val="0029639D"/>
    <w:rPr>
      <w:rFonts w:ascii="Courier" w:hAnsi="Courier"/>
      <w:sz w:val="20"/>
      <w:szCs w:val="20"/>
    </w:rPr>
  </w:style>
  <w:style w:type="paragraph" w:styleId="Citt">
    <w:name w:val="Quote"/>
    <w:basedOn w:val="Normln"/>
    <w:next w:val="Normln"/>
    <w:link w:val="CittChar"/>
    <w:uiPriority w:val="29"/>
    <w:qFormat/>
    <w:rsid w:val="00FC693F"/>
    <w:rPr>
      <w:i/>
      <w:iCs/>
      <w:color w:val="000000" w:themeColor="text1"/>
    </w:rPr>
  </w:style>
  <w:style w:type="character" w:customStyle="1" w:styleId="CittChar">
    <w:name w:val="Citát Char"/>
    <w:basedOn w:val="Standardnpsmoodstavce"/>
    <w:link w:val="Citt"/>
    <w:uiPriority w:val="29"/>
    <w:rsid w:val="00FC693F"/>
    <w:rPr>
      <w:i/>
      <w:iCs/>
      <w:color w:val="000000" w:themeColor="text1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iln">
    <w:name w:val="Strong"/>
    <w:basedOn w:val="Standardnpsmoodstavce"/>
    <w:uiPriority w:val="22"/>
    <w:qFormat/>
    <w:rsid w:val="00FC693F"/>
    <w:rPr>
      <w:b/>
      <w:bCs/>
    </w:rPr>
  </w:style>
  <w:style w:type="character" w:styleId="Zdraznn">
    <w:name w:val="Emphasis"/>
    <w:basedOn w:val="Standardnpsmoodstavce"/>
    <w:uiPriority w:val="20"/>
    <w:qFormat/>
    <w:rsid w:val="00FC693F"/>
    <w:rPr>
      <w:i/>
      <w:iCs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FC693F"/>
    <w:rPr>
      <w:b/>
      <w:bCs/>
      <w:i/>
      <w:iCs/>
      <w:color w:val="4F81BD" w:themeColor="accent1"/>
    </w:rPr>
  </w:style>
  <w:style w:type="character" w:styleId="Zdraznnjemn">
    <w:name w:val="Subtle Emphasis"/>
    <w:basedOn w:val="Standardnpsmoodstavce"/>
    <w:uiPriority w:val="19"/>
    <w:qFormat/>
    <w:rsid w:val="00FC693F"/>
    <w:rPr>
      <w:i/>
      <w:iCs/>
      <w:color w:val="808080" w:themeColor="text1" w:themeTint="7F"/>
    </w:rPr>
  </w:style>
  <w:style w:type="character" w:styleId="Zdraznnintenzivn">
    <w:name w:val="Intense Emphasis"/>
    <w:basedOn w:val="Standardnpsmoodstavce"/>
    <w:uiPriority w:val="21"/>
    <w:qFormat/>
    <w:rsid w:val="00FC693F"/>
    <w:rPr>
      <w:b/>
      <w:bCs/>
      <w:i/>
      <w:iCs/>
      <w:color w:val="4F81BD" w:themeColor="accent1"/>
    </w:rPr>
  </w:style>
  <w:style w:type="character" w:styleId="Odkazjemn">
    <w:name w:val="Subtle Reference"/>
    <w:basedOn w:val="Standardnpsmoodstavce"/>
    <w:uiPriority w:val="31"/>
    <w:qFormat/>
    <w:rsid w:val="00FC693F"/>
    <w:rPr>
      <w:smallCaps/>
      <w:color w:val="C0504D" w:themeColor="accent2"/>
      <w:u w:val="single"/>
    </w:rPr>
  </w:style>
  <w:style w:type="character" w:styleId="Odkazintenzivn">
    <w:name w:val="Intense Reference"/>
    <w:basedOn w:val="Standardnpsmoodstavce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Nzevknihy">
    <w:name w:val="Book Title"/>
    <w:basedOn w:val="Standardnpsmoodstavce"/>
    <w:uiPriority w:val="33"/>
    <w:qFormat/>
    <w:rsid w:val="00FC693F"/>
    <w:rPr>
      <w:b/>
      <w:bCs/>
      <w:smallCaps/>
      <w:spacing w:val="5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FC693F"/>
    <w:pPr>
      <w:outlineLvl w:val="9"/>
    </w:pPr>
  </w:style>
  <w:style w:type="table" w:styleId="Mkatabulky">
    <w:name w:val="Table Grid"/>
    <w:basedOn w:val="Normlntabulka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vtlstnovn">
    <w:name w:val="Light Shading"/>
    <w:basedOn w:val="Normlntabulka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tlstnovnzvraznn1">
    <w:name w:val="Light Shading Accent 1"/>
    <w:basedOn w:val="Normlntabulka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vtlstnovnzvraznn2">
    <w:name w:val="Light Shading Accent 2"/>
    <w:basedOn w:val="Normlntabulka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Svtlstnovnzvraznn3">
    <w:name w:val="Light Shading Accent 3"/>
    <w:basedOn w:val="Normlntabulka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Svtlstnovnzvraznn4">
    <w:name w:val="Light Shading Accent 4"/>
    <w:basedOn w:val="Normlntabulka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Svtlstnovnzvraznn5">
    <w:name w:val="Light Shading Accent 5"/>
    <w:basedOn w:val="Normlntabulka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Svtlstnovnzvraznn6">
    <w:name w:val="Light Shading Accent 6"/>
    <w:basedOn w:val="Normlntabulka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Svtlseznam">
    <w:name w:val="Light List"/>
    <w:basedOn w:val="Normlntabulka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tlseznamzvraznn1">
    <w:name w:val="Light List Accent 1"/>
    <w:basedOn w:val="Normlntabulka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Svtlseznamzvraznn2">
    <w:name w:val="Light List Accent 2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Svtlseznamzvraznn3">
    <w:name w:val="Light List Accent 3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Svtlseznamzvraznn4">
    <w:name w:val="Light List Accent 4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Svtlseznamzvraznn5">
    <w:name w:val="Light List Accent 5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Svtlseznamzvraznn6">
    <w:name w:val="Light List Accent 6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Svtlmka">
    <w:name w:val="Light Grid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tlmkazvraznn1">
    <w:name w:val="Light Grid Accent 1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Svtlmkazvraznn2">
    <w:name w:val="Light Grid Accent 2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Svtlmkazvraznn3">
    <w:name w:val="Light Grid Accent 3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Svtlmkazvraznn4">
    <w:name w:val="Light Grid Accent 4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Svtlmkazvraznn5">
    <w:name w:val="Light Grid Accent 5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Svtlmkazvraznn6">
    <w:name w:val="Light Grid Accent 6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Stednstnovn1">
    <w:name w:val="Medium Shading 1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1">
    <w:name w:val="Medium Shading 1 Accent 1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2">
    <w:name w:val="Medium Shading 2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1">
    <w:name w:val="Medium Shading 2 Accent 1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eznam1">
    <w:name w:val="Medium List 1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tednseznam1zvraznn1">
    <w:name w:val="Medium List 1 Accent 1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Stednseznam1zvraznn2">
    <w:name w:val="Medium List 1 Accent 2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Stednseznam1zvraznn3">
    <w:name w:val="Medium List 1 Accent 3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Stednseznam1zvraznn4">
    <w:name w:val="Medium List 1 Accent 4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Stednseznam1zvraznn5">
    <w:name w:val="Medium List 1 Accent 5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Stednseznam1zvraznn6">
    <w:name w:val="Medium List 1 Accent 6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Stednseznam2">
    <w:name w:val="Medium List 2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mka1">
    <w:name w:val="Medium Grid 1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Stednmka1zvraznn2">
    <w:name w:val="Medium Grid 1 Accent 2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Stednmka1zvraznn3">
    <w:name w:val="Medium Grid 1 Accent 3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Stednmka1zvraznn4">
    <w:name w:val="Medium Grid 1 Accent 4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Stednmka1zvraznn5">
    <w:name w:val="Medium Grid 1 Accent 5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Stednmka1zvraznn6">
    <w:name w:val="Medium Grid 1 Accent 6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Stednmka2">
    <w:name w:val="Medium Grid 2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3">
    <w:name w:val="Medium Grid 3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Stednmka3zvraznn2">
    <w:name w:val="Medium Grid 3 Accent 2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Stednmka3zvraznn3">
    <w:name w:val="Medium Grid 3 Accent 3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Stednmka3zvraznn4">
    <w:name w:val="Medium Grid 3 Accent 4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Stednmka3zvraznn5">
    <w:name w:val="Medium Grid 3 Accent 5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Stednmka3zvraznn6">
    <w:name w:val="Medium Grid 3 Accent 6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Tmavseznam">
    <w:name w:val="Dark List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Tmavseznamzvraznn2">
    <w:name w:val="Dark List Accent 2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Tmavseznamzvraznn3">
    <w:name w:val="Dark List Accent 3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Tmavseznamzvraznn4">
    <w:name w:val="Dark List Accent 4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Tmavseznamzvraznn5">
    <w:name w:val="Dark List Accent 5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Tmavseznamzvraznn6">
    <w:name w:val="Dark List Accent 6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Barevnstnovn">
    <w:name w:val="Colorful Shading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eznam">
    <w:name w:val="Colorful List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Barevnseznamzvraznn2">
    <w:name w:val="Colorful List Accent 2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Barevnseznamzvraznn3">
    <w:name w:val="Colorful List Accent 3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Barevnseznamzvraznn4">
    <w:name w:val="Colorful List Accent 4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Barevnseznamzvraznn5">
    <w:name w:val="Colorful List Accent 5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Barevnseznamzvraznn6">
    <w:name w:val="Colorful List Accent 6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Barevnmka">
    <w:name w:val="Colorful Grid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Barevnmkazvraznn2">
    <w:name w:val="Colorful Grid Accent 2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Barevnmkazvraznn3">
    <w:name w:val="Colorful Grid Accent 3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Barevnmkazvraznn4">
    <w:name w:val="Colorful Grid Accent 4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Barevnmkazvraznn5">
    <w:name w:val="Colorful Grid Accent 5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Barevnmkazvraznn6">
    <w:name w:val="Colorful Grid Accent 6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Revize">
    <w:name w:val="Revision"/>
    <w:hidden/>
    <w:uiPriority w:val="99"/>
    <w:semiHidden/>
    <w:rsid w:val="009A6A62"/>
    <w:pPr>
      <w:spacing w:after="0" w:line="240" w:lineRule="auto"/>
    </w:pPr>
    <w:rPr>
      <w:rFonts w:ascii="Arial" w:hAnsi="Arial"/>
    </w:rPr>
  </w:style>
  <w:style w:type="character" w:styleId="Hypertextovodkaz">
    <w:name w:val="Hyperlink"/>
    <w:basedOn w:val="Standardnpsmoodstavce"/>
    <w:uiPriority w:val="99"/>
    <w:unhideWhenUsed/>
    <w:rsid w:val="00781DF8"/>
    <w:rPr>
      <w:color w:val="0000F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781DF8"/>
    <w:rPr>
      <w:color w:val="605E5C"/>
      <w:shd w:val="clear" w:color="auto" w:fill="E1DFDD"/>
    </w:rPr>
  </w:style>
  <w:style w:type="character" w:styleId="Odkaznakoment">
    <w:name w:val="annotation reference"/>
    <w:basedOn w:val="Standardnpsmoodstavce"/>
    <w:uiPriority w:val="99"/>
    <w:semiHidden/>
    <w:unhideWhenUsed/>
    <w:rsid w:val="008A1B73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Pr>
      <w:rFonts w:ascii="Arial" w:hAnsi="Arial"/>
      <w:sz w:val="20"/>
      <w:szCs w:val="20"/>
    </w:rPr>
  </w:style>
  <w:style w:type="character" w:styleId="Sledovanodkaz">
    <w:name w:val="FollowedHyperlink"/>
    <w:basedOn w:val="Standardnpsmoodstavce"/>
    <w:uiPriority w:val="99"/>
    <w:semiHidden/>
    <w:unhideWhenUsed/>
    <w:rsid w:val="00E01CCC"/>
    <w:rPr>
      <w:color w:val="800080" w:themeColor="followedHyperlink"/>
      <w:u w:val="single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D625AB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D625AB"/>
    <w:rPr>
      <w:rFonts w:ascii="Arial" w:hAnsi="Arial"/>
      <w:b/>
      <w:bCs/>
      <w:sz w:val="20"/>
      <w:szCs w:val="20"/>
    </w:rPr>
  </w:style>
  <w:style w:type="paragraph" w:customStyle="1" w:styleId="font-claude-response-body">
    <w:name w:val="font-claude-response-body"/>
    <w:basedOn w:val="Normln"/>
    <w:rsid w:val="00407A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whitespace-normal">
    <w:name w:val="whitespace-normal"/>
    <w:basedOn w:val="Normln"/>
    <w:rsid w:val="00407A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itation-392">
    <w:name w:val="citation-392"/>
    <w:basedOn w:val="Standardnpsmoodstavce"/>
    <w:rsid w:val="00355039"/>
  </w:style>
  <w:style w:type="character" w:customStyle="1" w:styleId="citation-391">
    <w:name w:val="citation-391"/>
    <w:basedOn w:val="Standardnpsmoodstavce"/>
    <w:rsid w:val="00355039"/>
  </w:style>
  <w:style w:type="paragraph" w:styleId="Normlnweb">
    <w:name w:val="Normal (Web)"/>
    <w:basedOn w:val="Normln"/>
    <w:uiPriority w:val="99"/>
    <w:semiHidden/>
    <w:unhideWhenUsed/>
    <w:rsid w:val="00355039"/>
    <w:rPr>
      <w:rFonts w:ascii="Times New Roman" w:hAnsi="Times New Roman" w:cs="Times New Roman"/>
      <w:sz w:val="24"/>
      <w:szCs w:val="24"/>
    </w:rPr>
  </w:style>
  <w:style w:type="character" w:customStyle="1" w:styleId="citation-375">
    <w:name w:val="citation-375"/>
    <w:basedOn w:val="Standardnpsmoodstavce"/>
    <w:rsid w:val="00355039"/>
  </w:style>
  <w:style w:type="character" w:customStyle="1" w:styleId="citation-374">
    <w:name w:val="citation-374"/>
    <w:basedOn w:val="Standardnpsmoodstavce"/>
    <w:rsid w:val="00355039"/>
  </w:style>
  <w:style w:type="character" w:customStyle="1" w:styleId="citation-1210">
    <w:name w:val="citation-1210"/>
    <w:basedOn w:val="Standardnpsmoodstavce"/>
    <w:rsid w:val="008F236B"/>
  </w:style>
  <w:style w:type="character" w:customStyle="1" w:styleId="citation-1209">
    <w:name w:val="citation-1209"/>
    <w:basedOn w:val="Standardnpsmoodstavce"/>
    <w:rsid w:val="008F236B"/>
  </w:style>
  <w:style w:type="character" w:customStyle="1" w:styleId="citation-1208">
    <w:name w:val="citation-1208"/>
    <w:basedOn w:val="Standardnpsmoodstavce"/>
    <w:rsid w:val="008F236B"/>
  </w:style>
  <w:style w:type="character" w:customStyle="1" w:styleId="citation-1207">
    <w:name w:val="citation-1207"/>
    <w:basedOn w:val="Standardnpsmoodstavce"/>
    <w:rsid w:val="008F236B"/>
  </w:style>
  <w:style w:type="character" w:customStyle="1" w:styleId="citation-1206">
    <w:name w:val="citation-1206"/>
    <w:basedOn w:val="Standardnpsmoodstavce"/>
    <w:rsid w:val="008F236B"/>
  </w:style>
  <w:style w:type="character" w:customStyle="1" w:styleId="citation-1205">
    <w:name w:val="citation-1205"/>
    <w:basedOn w:val="Standardnpsmoodstavce"/>
    <w:rsid w:val="008F23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hyperlink" Target="https://www.google.com/search?q=https://x.com/manowarband_official" TargetMode="External"/><Relationship Id="rId18" Type="http://schemas.openxmlformats.org/officeDocument/2006/relationships/hyperlink" Target="https://www.google.com/search?q=https://youtu.be/zlCqgQMjuNw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jpg"/><Relationship Id="rId12" Type="http://schemas.openxmlformats.org/officeDocument/2006/relationships/hyperlink" Target="https://www.facebook.com/manowar" TargetMode="External"/><Relationship Id="rId17" Type="http://schemas.openxmlformats.org/officeDocument/2006/relationships/hyperlink" Target="https://www.google.com/search?q=https://youtu.be/C2SJOy8hOmg%3Fsi%3DhSnEGzxzl3XC6f03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google.com/search?q=https://youtu.be/G1G9D8A4Fiw" TargetMode="External"/><Relationship Id="rId20" Type="http://schemas.openxmlformats.org/officeDocument/2006/relationships/hyperlink" Target="https://www.google.com/search?q=https://youtu.be/Z1hYRlZFXXs%3Fsi%3DGMjJxaynUqvEKz_u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s://www.google.com/search?q=https://www.instagram.com/manowarband_official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google.com/search?q=https://youtu.be/PnLmcgAdses%3Fsi%3DMeexhFJun97M7i%E2%80%93x" TargetMode="External"/><Relationship Id="rId10" Type="http://schemas.openxmlformats.org/officeDocument/2006/relationships/hyperlink" Target="http://www.manowar.com/" TargetMode="External"/><Relationship Id="rId19" Type="http://schemas.openxmlformats.org/officeDocument/2006/relationships/hyperlink" Target="https://www.google.com/search?q=https://youtu.be/tkPlBf91Ysc%3Fsi%3D2eL9CG60O1JhU0k1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manowar.com/" TargetMode="External"/><Relationship Id="rId14" Type="http://schemas.openxmlformats.org/officeDocument/2006/relationships/hyperlink" Target="https://www.youtube.com/manowarband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</Pages>
  <Words>1066</Words>
  <Characters>6296</Characters>
  <Application>Microsoft Office Word</Application>
  <DocSecurity>0</DocSecurity>
  <Lines>52</Lines>
  <Paragraphs>14</Paragraphs>
  <ScaleCrop>false</ScaleCrop>
  <HeadingPairs>
    <vt:vector size="6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Manager/>
  <Company/>
  <LinksUpToDate>false</LinksUpToDate>
  <CharactersWithSpaces>7348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Ondřej Chalupský</cp:lastModifiedBy>
  <cp:revision>4</cp:revision>
  <cp:lastPrinted>2025-11-12T16:34:00Z</cp:lastPrinted>
  <dcterms:created xsi:type="dcterms:W3CDTF">2026-06-18T08:29:00Z</dcterms:created>
  <dcterms:modified xsi:type="dcterms:W3CDTF">2026-06-18T15:04:00Z</dcterms:modified>
  <cp:category/>
</cp:coreProperties>
</file>